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40"/>
        </w:rPr>
        <w:t>동서악회 관객 평가단 신청서</w:t>
      </w:r>
    </w:p>
    <w:p>
      <w:pPr>
        <w:jc w:val="center"/>
      </w:pPr>
      <w:r>
        <w:rPr>
          <w:b/>
          <w:sz w:val="28"/>
        </w:rPr>
        <w:t>《불멸의 춤 X 불멸의 음악》</w:t>
      </w:r>
    </w:p>
    <w:p>
      <w:pPr>
        <w:jc w:val="center"/>
      </w:pPr>
      <w:r>
        <w:rPr>
          <w:sz w:val="20"/>
        </w:rPr>
        <w:t>2026년 11월 7일(토) 오후 3시 · 남산국악당 크라운해태홀</w:t>
      </w:r>
    </w:p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vAlign w:val="center"/>
          </w:tcPr>
          <w:p>
            <w:r>
              <w:rPr>
                <w:b/>
              </w:rPr>
              <w:t>성명</w:t>
            </w:r>
          </w:p>
        </w:tc>
        <w:tc>
          <w:tcPr>
            <w:tcW w:type="dxa" w:w="4986"/>
            <w:vAlign w:val="center"/>
          </w:tcPr>
          <w:p>
            <w:r>
              <w:t xml:space="preserve"> </w:t>
            </w:r>
          </w:p>
        </w:tc>
      </w:tr>
      <w:tr>
        <w:tc>
          <w:tcPr>
            <w:tcW w:type="dxa" w:w="4986"/>
            <w:vAlign w:val="center"/>
          </w:tcPr>
          <w:p>
            <w:r>
              <w:rPr>
                <w:b/>
              </w:rPr>
              <w:t>연락처</w:t>
            </w:r>
          </w:p>
        </w:tc>
        <w:tc>
          <w:tcPr>
            <w:tcW w:type="dxa" w:w="4986"/>
            <w:vAlign w:val="center"/>
          </w:tcPr>
          <w:p>
            <w:r>
              <w:t xml:space="preserve"> </w:t>
            </w:r>
          </w:p>
        </w:tc>
      </w:tr>
      <w:tr>
        <w:tc>
          <w:tcPr>
            <w:tcW w:type="dxa" w:w="4986"/>
            <w:vAlign w:val="center"/>
          </w:tcPr>
          <w:p>
            <w:r>
              <w:rPr>
                <w:b/>
              </w:rPr>
              <w:t>이메일</w:t>
            </w:r>
          </w:p>
        </w:tc>
        <w:tc>
          <w:tcPr>
            <w:tcW w:type="dxa" w:w="4986"/>
            <w:vAlign w:val="center"/>
          </w:tcPr>
          <w:p>
            <w:r>
              <w:t xml:space="preserve"> </w:t>
            </w:r>
          </w:p>
        </w:tc>
      </w:tr>
      <w:tr>
        <w:tc>
          <w:tcPr>
            <w:tcW w:type="dxa" w:w="4986"/>
            <w:vAlign w:val="center"/>
          </w:tcPr>
          <w:p>
            <w:r>
              <w:rPr>
                <w:b/>
              </w:rPr>
              <w:t>생년월일</w:t>
            </w:r>
          </w:p>
        </w:tc>
        <w:tc>
          <w:tcPr>
            <w:tcW w:type="dxa" w:w="4986"/>
            <w:vAlign w:val="center"/>
          </w:tcPr>
          <w:p>
            <w:r>
              <w:t xml:space="preserve"> </w:t>
            </w:r>
          </w:p>
        </w:tc>
      </w:tr>
      <w:tr>
        <w:tc>
          <w:tcPr>
            <w:tcW w:type="dxa" w:w="4986"/>
            <w:vAlign w:val="center"/>
          </w:tcPr>
          <w:p>
            <w:r>
              <w:rPr>
                <w:b/>
              </w:rPr>
              <w:t>개인 블로그 주소</w:t>
            </w:r>
          </w:p>
        </w:tc>
        <w:tc>
          <w:tcPr>
            <w:tcW w:type="dxa" w:w="4986"/>
            <w:vAlign w:val="center"/>
          </w:tcPr>
          <w:p>
            <w:r>
              <w:t xml:space="preserve"> </w:t>
            </w:r>
          </w:p>
        </w:tc>
      </w:tr>
      <w:tr>
        <w:tc>
          <w:tcPr>
            <w:tcW w:type="dxa" w:w="4986"/>
            <w:vAlign w:val="center"/>
          </w:tcPr>
          <w:p>
            <w:r>
              <w:rPr>
                <w:b/>
              </w:rPr>
              <w:t>블로그 운영 기간</w:t>
            </w:r>
          </w:p>
        </w:tc>
        <w:tc>
          <w:tcPr>
            <w:tcW w:type="dxa" w:w="4986"/>
            <w:vAlign w:val="center"/>
          </w:tcPr>
          <w:p>
            <w:r>
              <w:t xml:space="preserve"> </w:t>
            </w:r>
          </w:p>
        </w:tc>
      </w:tr>
    </w:tbl>
    <w:p/>
    <w:p>
      <w:r>
        <w:rPr>
          <w:b/>
          <w:sz w:val="24"/>
        </w:rPr>
        <w:t>1. 관객 평가단 지원 동기</w:t>
      </w:r>
    </w:p>
    <w:p>
      <w:r>
        <w:rPr>
          <w:sz w:val="18"/>
        </w:rPr>
        <w:t>※ 《불멸의 춤 X 불멸의 음악》 관객 평가단에 지원하게 된 계기와 기대하는 점을 자유롭게 작성해주세요.</w:t>
      </w:r>
    </w:p>
    <w:p>
      <w:r>
        <w:t>________________________________________________________________________________</w:t>
      </w:r>
    </w:p>
    <w:p>
      <w:r>
        <w:t>________________________________________________________________________________</w:t>
      </w:r>
    </w:p>
    <w:p>
      <w:r>
        <w:t>________________________________________________________________________________</w:t>
      </w:r>
    </w:p>
    <w:p>
      <w:r>
        <w:t>________________________________________________________________________________</w:t>
      </w:r>
    </w:p>
    <w:p>
      <w:r>
        <w:t>________________________________________________________________________________</w:t>
      </w:r>
    </w:p>
    <w:p>
      <w:r>
        <w:t>________________________________________________________________________________</w:t>
      </w:r>
    </w:p>
    <w:p>
      <w:r>
        <w:rPr>
          <w:b/>
          <w:sz w:val="24"/>
        </w:rPr>
        <w:t>2. 블로그 운영 및 콘텐츠 활동</w:t>
      </w:r>
    </w:p>
    <w:p>
      <w:r>
        <w:rPr>
          <w:sz w:val="18"/>
        </w:rPr>
        <w:t>※ 주로 다루는 콘텐츠, 공연·문화예술 관련 게시 경험 등을 자유롭게 작성해주세요.</w:t>
      </w:r>
    </w:p>
    <w:p>
      <w:r>
        <w:t>________________________________________________________________________________</w:t>
      </w:r>
    </w:p>
    <w:p>
      <w:r>
        <w:t>________________________________________________________________________________</w:t>
      </w:r>
    </w:p>
    <w:p>
      <w:r>
        <w:t>________________________________________________________________________________</w:t>
      </w:r>
    </w:p>
    <w:p>
      <w:r>
        <w:t>________________________________________________________________________________</w:t>
      </w:r>
    </w:p>
    <w:p>
      <w:r>
        <w:t>________________________________________________________________________________</w:t>
      </w:r>
    </w:p>
    <w:p>
      <w:r>
        <w:rPr>
          <w:b/>
          <w:sz w:val="24"/>
        </w:rPr>
        <w:t>3. 공연 관람 및 후기 작성 계획</w:t>
      </w:r>
    </w:p>
    <w:p>
      <w:r>
        <w:rPr>
          <w:sz w:val="18"/>
        </w:rPr>
        <w:t>※ 공연 관람 후 어떤 관점에서 공연을 기록하고 평가할 것인지 작성해주세요.</w:t>
      </w:r>
    </w:p>
    <w:p>
      <w:r>
        <w:t>________________________________________________________________________________</w:t>
      </w:r>
    </w:p>
    <w:p>
      <w:r>
        <w:t>________________________________________________________________________________</w:t>
      </w:r>
    </w:p>
    <w:p>
      <w:r>
        <w:t>________________________________________________________________________________</w:t>
      </w:r>
    </w:p>
    <w:p>
      <w:r>
        <w:t>________________________________________________________________________________</w:t>
      </w:r>
    </w:p>
    <w:p>
      <w:r>
        <w:t>________________________________________________________________________________</w:t>
      </w:r>
    </w:p>
    <w:p>
      <w:r>
        <w:rPr>
          <w:b/>
          <w:sz w:val="24"/>
        </w:rPr>
        <w:t>4. 사진 촬영 및 게시 가능 여부</w:t>
      </w:r>
    </w:p>
    <w:p>
      <w:r>
        <w:t>□ 공연 현장 사진 직접 촬영이 가능합니다.</w:t>
      </w:r>
    </w:p>
    <w:p>
      <w:r>
        <w:t>□ 공연 관람 후 개인 블로그에 공연 후기와 사진을 게시할 수 있습니다.</w:t>
      </w:r>
    </w:p>
    <w:p>
      <w:r>
        <w:t>□ 작품에 대한 개인적인 감상 및 평가를 작성할 수 있습니다.</w:t>
      </w:r>
    </w:p>
    <w:p>
      <w:r>
        <w:t>□ 2026년 11월 7일(토) 오후 3시 공연에 참여할 수 있습니다.</w:t>
      </w:r>
    </w:p>
    <w:p>
      <w:r>
        <w:t>□ 최종 선정 시 본인이 직접 참여하며, 대리 참여하지 않습니다.</w:t>
      </w:r>
    </w:p>
    <w:p/>
    <w:p>
      <w:r>
        <w:rPr>
          <w:b/>
          <w:sz w:val="24"/>
        </w:rPr>
        <w:t>5. 개인정보 수집·이용 동의</w:t>
      </w:r>
    </w:p>
    <w:p>
      <w:r>
        <w:rPr>
          <w:sz w:val="19"/>
        </w:rPr>
        <w:t>동서악회는 관객 평가단 모집 및 운영을 위해 아래와 같이 개인정보를 수집·이용합니다.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>
              <w:rPr>
                <w:b/>
              </w:rPr>
              <w:t>구분</w:t>
            </w:r>
          </w:p>
        </w:tc>
        <w:tc>
          <w:tcPr>
            <w:tcW w:type="dxa" w:w="4986"/>
          </w:tcPr>
          <w:p>
            <w:r>
              <w:rPr>
                <w:b/>
              </w:rPr>
              <w:t>내용</w:t>
            </w:r>
          </w:p>
        </w:tc>
      </w:tr>
      <w:tr>
        <w:tc>
          <w:tcPr>
            <w:tcW w:type="dxa" w:w="4986"/>
          </w:tcPr>
          <w:p>
            <w:r>
              <w:t>수집 항목</w:t>
            </w:r>
          </w:p>
        </w:tc>
        <w:tc>
          <w:tcPr>
            <w:tcW w:type="dxa" w:w="4986"/>
          </w:tcPr>
          <w:p>
            <w:r>
              <w:t>성명, 연락처, 이메일, 생년월일, 개인 블로그 주소 등 신청서에 기재한 정보</w:t>
            </w:r>
          </w:p>
        </w:tc>
      </w:tr>
      <w:tr>
        <w:tc>
          <w:tcPr>
            <w:tcW w:type="dxa" w:w="4986"/>
          </w:tcPr>
          <w:p>
            <w:r>
              <w:t>이용 목적</w:t>
            </w:r>
          </w:p>
        </w:tc>
        <w:tc>
          <w:tcPr>
            <w:tcW w:type="dxa" w:w="4986"/>
          </w:tcPr>
          <w:p>
            <w:r>
              <w:t>관객 평가단 선정, 개별 연락, 활동 안내 및 원고료 지급 등 운영에 필요한 업무</w:t>
            </w:r>
          </w:p>
        </w:tc>
      </w:tr>
      <w:tr>
        <w:tc>
          <w:tcPr>
            <w:tcW w:type="dxa" w:w="4986"/>
          </w:tcPr>
          <w:p>
            <w:r>
              <w:t>보유 기간</w:t>
            </w:r>
          </w:p>
        </w:tc>
        <w:tc>
          <w:tcPr>
            <w:tcW w:type="dxa" w:w="4986"/>
          </w:tcPr>
          <w:p>
            <w:r>
              <w:t>관객 평가단 운영 및 관련 업무 종료 후 지체 없이 파기</w:t>
            </w:r>
          </w:p>
        </w:tc>
      </w:tr>
    </w:tbl>
    <w:p/>
    <w:p>
      <w:r>
        <w:t>□ 개인정보 수집·이용에 동의합니다.</w:t>
      </w:r>
    </w:p>
    <w:p/>
    <w:p>
      <w:pPr>
        <w:jc w:val="right"/>
      </w:pPr>
      <w:r>
        <w:rPr>
          <w:b/>
        </w:rPr>
        <w:t>2026년      월      일</w:t>
        <w:br/>
        <w:br/>
        <w:t>지원자 성명: ____________________ (서명)</w:t>
      </w:r>
    </w:p>
    <w:p/>
    <w:p>
      <w:r>
        <w:rPr>
          <w:b/>
          <w:sz w:val="24"/>
        </w:rPr>
        <w:t>※ 관객 평가단 활동 안내</w:t>
      </w:r>
    </w:p>
    <w:p>
      <w:pPr>
        <w:spacing w:after="40"/>
      </w:pPr>
      <w:r>
        <w:rPr>
          <w:sz w:val="18"/>
        </w:rPr>
        <w:t>• 모집인원: 3명</w:t>
      </w:r>
    </w:p>
    <w:p>
      <w:pPr>
        <w:spacing w:after="40"/>
      </w:pPr>
      <w:r>
        <w:rPr>
          <w:sz w:val="18"/>
        </w:rPr>
        <w:t>• 원고료: 100,000원 / 1인</w:t>
      </w:r>
    </w:p>
    <w:p>
      <w:pPr>
        <w:spacing w:after="40"/>
      </w:pPr>
      <w:r>
        <w:rPr>
          <w:sz w:val="18"/>
        </w:rPr>
        <w:t>• 활동: 공연 관람, 공연 현장 사진 촬영, 개인 블로그 공연 후기 및 사진 게시, 작품에 대한 감상 및 평가 작성</w:t>
      </w:r>
    </w:p>
    <w:p>
      <w:pPr>
        <w:spacing w:after="40"/>
      </w:pPr>
      <w:r>
        <w:rPr>
          <w:sz w:val="18"/>
        </w:rPr>
        <w:t>• 공연 참여자의 가족·지인·관계자는 참여할 수 없습니다.</w:t>
      </w:r>
    </w:p>
    <w:p>
      <w:pPr>
        <w:spacing w:after="40"/>
      </w:pPr>
      <w:r>
        <w:rPr>
          <w:sz w:val="18"/>
        </w:rPr>
        <w:t>• 만 19세 이상만 참여 가능합니다.</w:t>
      </w:r>
    </w:p>
    <w:p>
      <w:pPr>
        <w:spacing w:after="40"/>
      </w:pPr>
      <w:r>
        <w:rPr>
          <w:sz w:val="18"/>
        </w:rPr>
        <w:t>• 공연 일정에 참여 가능한 분에 한해 신청해주시기 바랍니다.</w:t>
      </w:r>
    </w:p>
    <w:p>
      <w:pPr>
        <w:spacing w:after="40"/>
      </w:pPr>
      <w:r>
        <w:rPr>
          <w:sz w:val="18"/>
        </w:rPr>
        <w:t>• 최종 선발 후 참여가 어려운 경우 반드시 010-5927-1217로 연락해주시기 바랍니다.</w:t>
      </w:r>
    </w:p>
    <w:p>
      <w:pPr>
        <w:spacing w:after="40"/>
      </w:pPr>
      <w:r>
        <w:rPr>
          <w:sz w:val="18"/>
        </w:rPr>
        <w:t>• 선정 결과 및 세부 안내는 개별 연락드립니다.</w:t>
      </w:r>
    </w:p>
    <w:p>
      <w:pPr>
        <w:spacing w:after="40"/>
      </w:pPr>
      <w:r>
        <w:rPr>
          <w:sz w:val="18"/>
        </w:rPr>
        <w:t>• 선발된 본인만 참여 가능하며 대리 참여는 불가합니다.</w:t>
      </w:r>
    </w:p>
    <w:p>
      <w:pPr>
        <w:spacing w:after="40"/>
      </w:pPr>
      <w:r>
        <w:rPr>
          <w:sz w:val="18"/>
        </w:rPr>
        <w:t>• 접수: ewmusickorea@gmail.com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